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15AD3" w14:textId="77777777" w:rsidR="008F202E" w:rsidRDefault="004A6CA3" w:rsidP="004A6CA3">
      <w:pPr>
        <w:jc w:val="center"/>
        <w:rPr>
          <w:lang w:eastAsia="zh-TW"/>
        </w:rPr>
      </w:pPr>
      <w:r>
        <w:rPr>
          <w:b/>
          <w:sz w:val="32"/>
          <w:lang w:eastAsia="zh-TW"/>
        </w:rPr>
        <w:t>桃園市立桃園高級中等學校 公開授課記錄表</w:t>
      </w:r>
    </w:p>
    <w:tbl>
      <w:tblPr>
        <w:tblW w:w="1067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5"/>
        <w:gridCol w:w="1504"/>
        <w:gridCol w:w="699"/>
        <w:gridCol w:w="1779"/>
        <w:gridCol w:w="98"/>
        <w:gridCol w:w="598"/>
        <w:gridCol w:w="850"/>
        <w:gridCol w:w="233"/>
        <w:gridCol w:w="1237"/>
        <w:gridCol w:w="542"/>
        <w:gridCol w:w="1779"/>
      </w:tblGrid>
      <w:tr w:rsidR="00B720E2" w14:paraId="4F43FB77" w14:textId="77777777" w:rsidTr="009E31BC">
        <w:trPr>
          <w:trHeight w:val="50"/>
          <w:jc w:val="center"/>
        </w:trPr>
        <w:tc>
          <w:tcPr>
            <w:tcW w:w="1355" w:type="dxa"/>
            <w:tcBorders>
              <w:top w:val="double" w:sz="4" w:space="0" w:color="auto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5F90B" w14:textId="77777777" w:rsidR="00B720E2" w:rsidRDefault="00B720E2" w:rsidP="00B720E2">
            <w:pPr>
              <w:spacing w:after="0"/>
              <w:contextualSpacing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授課教師</w:t>
            </w:r>
            <w:proofErr w:type="spellEnd"/>
          </w:p>
        </w:tc>
        <w:tc>
          <w:tcPr>
            <w:tcW w:w="9319" w:type="dxa"/>
            <w:gridSpan w:val="10"/>
            <w:tcBorders>
              <w:top w:val="double" w:sz="4" w:space="0" w:color="auto"/>
              <w:left w:val="sing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FCACE" w14:textId="77777777" w:rsidR="00B720E2" w:rsidRDefault="00B720E2" w:rsidP="009E31BC">
            <w:pPr>
              <w:spacing w:after="0"/>
              <w:contextualSpacing/>
              <w:jc w:val="both"/>
              <w:rPr>
                <w:b/>
                <w:szCs w:val="24"/>
              </w:rPr>
            </w:pPr>
          </w:p>
        </w:tc>
      </w:tr>
      <w:tr w:rsidR="00B720E2" w14:paraId="458FB088" w14:textId="77777777" w:rsidTr="009E31BC">
        <w:trPr>
          <w:jc w:val="center"/>
        </w:trPr>
        <w:tc>
          <w:tcPr>
            <w:tcW w:w="1355" w:type="dxa"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2F661" w14:textId="77777777" w:rsidR="00B720E2" w:rsidRDefault="00B720E2" w:rsidP="00B720E2">
            <w:pPr>
              <w:spacing w:after="0"/>
              <w:contextualSpacing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課程科目</w:t>
            </w:r>
            <w:proofErr w:type="spellEnd"/>
          </w:p>
        </w:tc>
        <w:tc>
          <w:tcPr>
            <w:tcW w:w="4080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2F035" w14:textId="77777777" w:rsidR="00B720E2" w:rsidRDefault="00B720E2" w:rsidP="009E31BC">
            <w:pPr>
              <w:spacing w:after="0"/>
              <w:contextualSpacing/>
              <w:jc w:val="both"/>
            </w:pPr>
          </w:p>
        </w:tc>
        <w:tc>
          <w:tcPr>
            <w:tcW w:w="144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5FC98" w14:textId="77777777" w:rsidR="00B720E2" w:rsidRDefault="00B720E2" w:rsidP="009E31BC">
            <w:pPr>
              <w:spacing w:after="0"/>
              <w:contextualSpacing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開課</w:t>
            </w:r>
            <w:proofErr w:type="spellEnd"/>
            <w:r>
              <w:rPr>
                <w:rFonts w:hint="eastAsia"/>
                <w:b/>
                <w:szCs w:val="24"/>
                <w:lang w:eastAsia="zh-TW"/>
              </w:rPr>
              <w:t>班級</w:t>
            </w:r>
          </w:p>
        </w:tc>
        <w:tc>
          <w:tcPr>
            <w:tcW w:w="3791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816CE" w14:textId="77777777" w:rsidR="00B720E2" w:rsidRDefault="00B720E2" w:rsidP="009E31BC">
            <w:pPr>
              <w:spacing w:after="0"/>
              <w:contextualSpacing/>
              <w:jc w:val="both"/>
              <w:rPr>
                <w:b/>
                <w:szCs w:val="24"/>
              </w:rPr>
            </w:pPr>
          </w:p>
        </w:tc>
      </w:tr>
      <w:tr w:rsidR="009E31BC" w14:paraId="16D8445B" w14:textId="77777777" w:rsidTr="009E31BC">
        <w:trPr>
          <w:jc w:val="center"/>
        </w:trPr>
        <w:tc>
          <w:tcPr>
            <w:tcW w:w="1355" w:type="dxa"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42720" w14:textId="77777777" w:rsidR="009E31BC" w:rsidRDefault="009E31BC" w:rsidP="00B720E2">
            <w:pPr>
              <w:spacing w:after="0"/>
              <w:contextualSpacing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單元名稱</w:t>
            </w:r>
            <w:proofErr w:type="spellEnd"/>
          </w:p>
        </w:tc>
        <w:tc>
          <w:tcPr>
            <w:tcW w:w="9319" w:type="dxa"/>
            <w:gridSpan w:val="10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DC8AB" w14:textId="77777777" w:rsidR="009E31BC" w:rsidRDefault="009E31BC" w:rsidP="009E31BC">
            <w:pPr>
              <w:spacing w:after="0"/>
              <w:contextualSpacing/>
              <w:jc w:val="both"/>
              <w:rPr>
                <w:b/>
                <w:szCs w:val="24"/>
              </w:rPr>
            </w:pPr>
          </w:p>
        </w:tc>
      </w:tr>
      <w:tr w:rsidR="009E31BC" w14:paraId="1283E27B" w14:textId="77777777" w:rsidTr="009E31BC">
        <w:trPr>
          <w:jc w:val="center"/>
        </w:trPr>
        <w:tc>
          <w:tcPr>
            <w:tcW w:w="1355" w:type="dxa"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310AF" w14:textId="77777777" w:rsidR="009E31BC" w:rsidRDefault="009E31BC" w:rsidP="00B720E2">
            <w:pPr>
              <w:spacing w:after="0"/>
              <w:contextualSpacing/>
              <w:jc w:val="both"/>
              <w:rPr>
                <w:b/>
                <w:szCs w:val="24"/>
              </w:rPr>
            </w:pPr>
            <w:proofErr w:type="gramStart"/>
            <w:r>
              <w:rPr>
                <w:rFonts w:hint="eastAsia"/>
                <w:b/>
                <w:szCs w:val="24"/>
                <w:lang w:eastAsia="zh-TW"/>
              </w:rPr>
              <w:t>觀課人員</w:t>
            </w:r>
            <w:proofErr w:type="gramEnd"/>
          </w:p>
        </w:tc>
        <w:tc>
          <w:tcPr>
            <w:tcW w:w="9319" w:type="dxa"/>
            <w:gridSpan w:val="10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3B0D6" w14:textId="77777777" w:rsidR="009E31BC" w:rsidRDefault="009E31BC" w:rsidP="009E31BC">
            <w:pPr>
              <w:spacing w:after="0"/>
              <w:contextualSpacing/>
              <w:jc w:val="both"/>
              <w:rPr>
                <w:b/>
                <w:szCs w:val="24"/>
                <w:lang w:eastAsia="zh-TW"/>
              </w:rPr>
            </w:pPr>
            <w:r>
              <w:rPr>
                <w:rFonts w:hint="eastAsia"/>
                <w:color w:val="FF0000"/>
                <w:sz w:val="20"/>
                <w:szCs w:val="24"/>
                <w:shd w:val="clear" w:color="auto" w:fill="FFFF00"/>
                <w:lang w:eastAsia="zh-TW"/>
              </w:rPr>
              <w:t>(</w:t>
            </w:r>
            <w:r>
              <w:rPr>
                <w:color w:val="FF0000"/>
                <w:sz w:val="20"/>
                <w:szCs w:val="24"/>
                <w:shd w:val="clear" w:color="auto" w:fill="FFFF00"/>
                <w:lang w:eastAsia="zh-TW"/>
              </w:rPr>
              <w:t>請</w:t>
            </w:r>
            <w:proofErr w:type="gramStart"/>
            <w:r>
              <w:rPr>
                <w:rFonts w:hint="eastAsia"/>
                <w:color w:val="FF0000"/>
                <w:sz w:val="20"/>
                <w:szCs w:val="24"/>
                <w:shd w:val="clear" w:color="auto" w:fill="FFFF00"/>
                <w:lang w:eastAsia="zh-TW"/>
              </w:rPr>
              <w:t>於觀議</w:t>
            </w:r>
            <w:proofErr w:type="gramEnd"/>
            <w:r>
              <w:rPr>
                <w:rFonts w:hint="eastAsia"/>
                <w:color w:val="FF0000"/>
                <w:sz w:val="20"/>
                <w:szCs w:val="24"/>
                <w:shd w:val="clear" w:color="auto" w:fill="FFFF00"/>
                <w:lang w:eastAsia="zh-TW"/>
              </w:rPr>
              <w:t>課後附上簽到表)</w:t>
            </w:r>
            <w:r>
              <w:rPr>
                <w:rFonts w:hint="eastAsia"/>
                <w:b/>
                <w:szCs w:val="24"/>
                <w:lang w:eastAsia="zh-TW"/>
              </w:rPr>
              <w:t xml:space="preserve">   </w:t>
            </w:r>
          </w:p>
        </w:tc>
      </w:tr>
      <w:tr w:rsidR="009E31BC" w14:paraId="06EF6683" w14:textId="77777777" w:rsidTr="009E31BC">
        <w:trPr>
          <w:jc w:val="center"/>
        </w:trPr>
        <w:tc>
          <w:tcPr>
            <w:tcW w:w="1355" w:type="dxa"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3FE7" w14:textId="77777777" w:rsidR="009E31BC" w:rsidRDefault="009E31BC" w:rsidP="00B720E2">
            <w:pPr>
              <w:spacing w:after="0"/>
              <w:contextualSpacing/>
              <w:jc w:val="both"/>
              <w:rPr>
                <w:b/>
                <w:szCs w:val="24"/>
              </w:rPr>
            </w:pPr>
            <w:proofErr w:type="gramStart"/>
            <w:r>
              <w:rPr>
                <w:rFonts w:hint="eastAsia"/>
                <w:b/>
                <w:szCs w:val="24"/>
                <w:lang w:eastAsia="zh-TW"/>
              </w:rPr>
              <w:t>說課時間</w:t>
            </w:r>
            <w:proofErr w:type="gramEnd"/>
            <w:r>
              <w:rPr>
                <w:rFonts w:hint="eastAsia"/>
                <w:b/>
                <w:szCs w:val="24"/>
                <w:lang w:eastAsia="zh-TW"/>
              </w:rPr>
              <w:t>/地點</w:t>
            </w:r>
          </w:p>
        </w:tc>
        <w:tc>
          <w:tcPr>
            <w:tcW w:w="2203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47C1A" w14:textId="77777777" w:rsidR="009E31BC" w:rsidRPr="009E31BC" w:rsidRDefault="009E31BC" w:rsidP="009E31BC">
            <w:pPr>
              <w:pStyle w:val="ae"/>
              <w:numPr>
                <w:ilvl w:val="0"/>
                <w:numId w:val="10"/>
              </w:numPr>
              <w:spacing w:after="0"/>
              <w:jc w:val="both"/>
              <w:rPr>
                <w:b/>
                <w:szCs w:val="24"/>
                <w:lang w:eastAsia="zh-TW"/>
              </w:rPr>
            </w:pPr>
            <w:r w:rsidRPr="009E31BC">
              <w:rPr>
                <w:rFonts w:hint="eastAsia"/>
                <w:b/>
                <w:szCs w:val="24"/>
                <w:lang w:eastAsia="zh-TW"/>
              </w:rPr>
              <w:t>時間：</w:t>
            </w:r>
          </w:p>
          <w:p w14:paraId="1BF9BC9A" w14:textId="77777777" w:rsidR="009E31BC" w:rsidRPr="009E31BC" w:rsidRDefault="009E31BC" w:rsidP="009E31BC">
            <w:pPr>
              <w:pStyle w:val="ae"/>
              <w:numPr>
                <w:ilvl w:val="0"/>
                <w:numId w:val="10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  <w:lang w:eastAsia="zh-TW"/>
              </w:rPr>
              <w:t>地點：</w:t>
            </w:r>
          </w:p>
        </w:tc>
        <w:tc>
          <w:tcPr>
            <w:tcW w:w="177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C51A8A" w14:textId="77777777" w:rsidR="009E31BC" w:rsidRDefault="009E31BC" w:rsidP="009E31BC">
            <w:pPr>
              <w:spacing w:after="0"/>
              <w:contextualSpacing/>
              <w:jc w:val="center"/>
              <w:rPr>
                <w:b/>
                <w:szCs w:val="24"/>
                <w:lang w:eastAsia="zh-TW"/>
              </w:rPr>
            </w:pPr>
            <w:r>
              <w:rPr>
                <w:rFonts w:hint="eastAsia"/>
                <w:b/>
                <w:szCs w:val="24"/>
                <w:lang w:eastAsia="zh-TW"/>
              </w:rPr>
              <w:t>教學、</w:t>
            </w:r>
            <w:proofErr w:type="gramStart"/>
            <w:r>
              <w:rPr>
                <w:rFonts w:hint="eastAsia"/>
                <w:b/>
                <w:szCs w:val="24"/>
                <w:lang w:eastAsia="zh-TW"/>
              </w:rPr>
              <w:t>觀課</w:t>
            </w:r>
            <w:proofErr w:type="spellStart"/>
            <w:r>
              <w:rPr>
                <w:b/>
                <w:szCs w:val="24"/>
              </w:rPr>
              <w:t>時間</w:t>
            </w:r>
            <w:proofErr w:type="spellEnd"/>
            <w:proofErr w:type="gramEnd"/>
            <w:r>
              <w:rPr>
                <w:rFonts w:hint="eastAsia"/>
                <w:b/>
                <w:szCs w:val="24"/>
                <w:lang w:eastAsia="zh-TW"/>
              </w:rPr>
              <w:t>/地點</w:t>
            </w:r>
          </w:p>
        </w:tc>
        <w:tc>
          <w:tcPr>
            <w:tcW w:w="1779" w:type="dxa"/>
            <w:gridSpan w:val="4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7FB9E" w14:textId="77777777" w:rsidR="009E31BC" w:rsidRPr="009E31BC" w:rsidRDefault="009E31BC" w:rsidP="009E31BC">
            <w:pPr>
              <w:pStyle w:val="ae"/>
              <w:numPr>
                <w:ilvl w:val="0"/>
                <w:numId w:val="11"/>
              </w:numPr>
              <w:spacing w:after="0"/>
              <w:jc w:val="both"/>
              <w:rPr>
                <w:b/>
                <w:szCs w:val="24"/>
                <w:lang w:eastAsia="zh-TW"/>
              </w:rPr>
            </w:pPr>
            <w:r w:rsidRPr="009E31BC">
              <w:rPr>
                <w:rFonts w:hint="eastAsia"/>
                <w:b/>
                <w:szCs w:val="24"/>
                <w:lang w:eastAsia="zh-TW"/>
              </w:rPr>
              <w:t>時間：</w:t>
            </w:r>
          </w:p>
          <w:p w14:paraId="7B9CD448" w14:textId="77777777" w:rsidR="009E31BC" w:rsidRPr="009E31BC" w:rsidRDefault="009E31BC" w:rsidP="009E31BC">
            <w:pPr>
              <w:pStyle w:val="ae"/>
              <w:numPr>
                <w:ilvl w:val="0"/>
                <w:numId w:val="11"/>
              </w:numPr>
              <w:spacing w:after="0"/>
              <w:jc w:val="both"/>
              <w:rPr>
                <w:b/>
                <w:szCs w:val="24"/>
                <w:lang w:eastAsia="zh-TW"/>
              </w:rPr>
            </w:pPr>
            <w:r>
              <w:rPr>
                <w:rFonts w:hint="eastAsia"/>
                <w:b/>
                <w:szCs w:val="24"/>
                <w:lang w:eastAsia="zh-TW"/>
              </w:rPr>
              <w:t>地點：</w:t>
            </w:r>
          </w:p>
        </w:tc>
        <w:tc>
          <w:tcPr>
            <w:tcW w:w="1779" w:type="dxa"/>
            <w:gridSpan w:val="2"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8BFF9" w14:textId="77777777" w:rsidR="009E31BC" w:rsidRDefault="009E31BC" w:rsidP="009E31BC">
            <w:pPr>
              <w:spacing w:after="0"/>
              <w:contextualSpacing/>
              <w:jc w:val="center"/>
              <w:rPr>
                <w:b/>
                <w:szCs w:val="24"/>
              </w:rPr>
            </w:pPr>
            <w:proofErr w:type="gramStart"/>
            <w:r>
              <w:rPr>
                <w:rFonts w:hint="eastAsia"/>
                <w:b/>
                <w:szCs w:val="24"/>
                <w:lang w:eastAsia="zh-TW"/>
              </w:rPr>
              <w:t>議課時間</w:t>
            </w:r>
            <w:proofErr w:type="gramEnd"/>
            <w:r>
              <w:rPr>
                <w:rFonts w:hint="eastAsia"/>
                <w:b/>
                <w:szCs w:val="24"/>
                <w:lang w:eastAsia="zh-TW"/>
              </w:rPr>
              <w:t>/地點</w:t>
            </w:r>
          </w:p>
        </w:tc>
        <w:tc>
          <w:tcPr>
            <w:tcW w:w="1779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B3989FF" w14:textId="77777777" w:rsidR="009E31BC" w:rsidRPr="009E31BC" w:rsidRDefault="009E31BC" w:rsidP="009E31BC">
            <w:pPr>
              <w:pStyle w:val="ae"/>
              <w:numPr>
                <w:ilvl w:val="0"/>
                <w:numId w:val="12"/>
              </w:numPr>
              <w:spacing w:after="0"/>
              <w:jc w:val="both"/>
              <w:rPr>
                <w:b/>
                <w:szCs w:val="24"/>
                <w:lang w:eastAsia="zh-TW"/>
              </w:rPr>
            </w:pPr>
            <w:r w:rsidRPr="009E31BC">
              <w:rPr>
                <w:rFonts w:hint="eastAsia"/>
                <w:b/>
                <w:szCs w:val="24"/>
                <w:lang w:eastAsia="zh-TW"/>
              </w:rPr>
              <w:t>時間：</w:t>
            </w:r>
          </w:p>
          <w:p w14:paraId="696FF3F8" w14:textId="77777777" w:rsidR="009E31BC" w:rsidRPr="009E31BC" w:rsidRDefault="009E31BC" w:rsidP="009E31BC">
            <w:pPr>
              <w:pStyle w:val="ae"/>
              <w:numPr>
                <w:ilvl w:val="0"/>
                <w:numId w:val="12"/>
              </w:numPr>
              <w:spacing w:after="0"/>
              <w:jc w:val="both"/>
              <w:rPr>
                <w:b/>
                <w:szCs w:val="24"/>
                <w:lang w:eastAsia="zh-TW"/>
              </w:rPr>
            </w:pPr>
            <w:r>
              <w:rPr>
                <w:rFonts w:hint="eastAsia"/>
                <w:b/>
                <w:szCs w:val="24"/>
                <w:lang w:eastAsia="zh-TW"/>
              </w:rPr>
              <w:t>地點：</w:t>
            </w:r>
          </w:p>
        </w:tc>
      </w:tr>
      <w:tr w:rsidR="00B720E2" w14:paraId="345E05D6" w14:textId="77777777" w:rsidTr="009E31BC">
        <w:trPr>
          <w:trHeight w:val="310"/>
          <w:jc w:val="center"/>
        </w:trPr>
        <w:tc>
          <w:tcPr>
            <w:tcW w:w="1355" w:type="dxa"/>
            <w:vMerge w:val="restart"/>
            <w:tcBorders>
              <w:top w:val="doub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C54E8" w14:textId="77777777" w:rsidR="00B720E2" w:rsidRDefault="00B720E2" w:rsidP="00B720E2">
            <w:pPr>
              <w:spacing w:after="0"/>
              <w:contextualSpacing/>
              <w:jc w:val="both"/>
              <w:rPr>
                <w:b/>
                <w:szCs w:val="24"/>
                <w:lang w:eastAsia="zh-TW"/>
              </w:rPr>
            </w:pPr>
            <w:proofErr w:type="gramStart"/>
            <w:r>
              <w:rPr>
                <w:b/>
                <w:szCs w:val="24"/>
                <w:lang w:eastAsia="zh-TW"/>
              </w:rPr>
              <w:t>對應課綱</w:t>
            </w:r>
            <w:proofErr w:type="gramEnd"/>
            <w:r>
              <w:rPr>
                <w:b/>
                <w:szCs w:val="24"/>
                <w:lang w:eastAsia="zh-TW"/>
              </w:rPr>
              <w:br/>
              <w:t>核心素養</w:t>
            </w:r>
            <w:r>
              <w:rPr>
                <w:b/>
                <w:szCs w:val="24"/>
                <w:lang w:eastAsia="zh-TW"/>
              </w:rPr>
              <w:br/>
              <w:t>（部定）</w:t>
            </w:r>
          </w:p>
          <w:p w14:paraId="0A920D4B" w14:textId="77777777" w:rsidR="00B720E2" w:rsidRDefault="00B720E2" w:rsidP="00B720E2">
            <w:pPr>
              <w:spacing w:after="0"/>
              <w:contextualSpacing/>
              <w:jc w:val="both"/>
              <w:rPr>
                <w:lang w:eastAsia="zh-TW"/>
              </w:rPr>
            </w:pPr>
            <w:r>
              <w:rPr>
                <w:color w:val="FF0000"/>
                <w:sz w:val="20"/>
                <w:szCs w:val="24"/>
                <w:shd w:val="clear" w:color="auto" w:fill="FFFF00"/>
                <w:lang w:eastAsia="zh-TW"/>
              </w:rPr>
              <w:t>請勾選課程欲培養最相關之2-5項素養</w:t>
            </w:r>
          </w:p>
        </w:tc>
        <w:tc>
          <w:tcPr>
            <w:tcW w:w="150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4B4E3" w14:textId="77777777" w:rsidR="00B720E2" w:rsidRPr="00B720E2" w:rsidRDefault="00B720E2" w:rsidP="00B720E2">
            <w:pPr>
              <w:adjustRightInd w:val="0"/>
              <w:snapToGrid w:val="0"/>
              <w:spacing w:after="0" w:line="240" w:lineRule="auto"/>
              <w:jc w:val="both"/>
              <w:rPr>
                <w:szCs w:val="24"/>
              </w:rPr>
            </w:pPr>
            <w:proofErr w:type="spellStart"/>
            <w:r w:rsidRPr="00B720E2">
              <w:rPr>
                <w:szCs w:val="24"/>
              </w:rPr>
              <w:t>A自主行動</w:t>
            </w:r>
            <w:proofErr w:type="spellEnd"/>
          </w:p>
        </w:tc>
        <w:tc>
          <w:tcPr>
            <w:tcW w:w="7815" w:type="dxa"/>
            <w:gridSpan w:val="9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C3C9C" w14:textId="77777777" w:rsidR="00B720E2" w:rsidRPr="00B720E2" w:rsidRDefault="00B720E2" w:rsidP="00B720E2">
            <w:pPr>
              <w:adjustRightInd w:val="0"/>
              <w:snapToGrid w:val="0"/>
              <w:spacing w:after="0" w:line="240" w:lineRule="auto"/>
              <w:jc w:val="both"/>
              <w:rPr>
                <w:szCs w:val="24"/>
                <w:lang w:eastAsia="zh-TW"/>
              </w:rPr>
            </w:pPr>
            <w:r w:rsidRPr="00B720E2">
              <w:rPr>
                <w:szCs w:val="24"/>
                <w:lang w:eastAsia="zh-TW"/>
              </w:rPr>
              <w:t>□A1.身心素質與自我精進 □A2.系統思考與解決問題□A3.規劃執行與創新應變</w:t>
            </w:r>
          </w:p>
        </w:tc>
      </w:tr>
      <w:tr w:rsidR="00B720E2" w14:paraId="53EEC253" w14:textId="77777777" w:rsidTr="009E31BC">
        <w:trPr>
          <w:trHeight w:val="210"/>
          <w:jc w:val="center"/>
        </w:trPr>
        <w:tc>
          <w:tcPr>
            <w:tcW w:w="1355" w:type="dxa"/>
            <w:vMerge/>
            <w:tcBorders>
              <w:top w:val="doub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2C26E" w14:textId="77777777" w:rsidR="00B720E2" w:rsidRDefault="00B720E2" w:rsidP="00B720E2">
            <w:pPr>
              <w:spacing w:after="0"/>
              <w:contextualSpacing/>
              <w:jc w:val="both"/>
              <w:rPr>
                <w:b/>
                <w:szCs w:val="24"/>
                <w:lang w:eastAsia="zh-TW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9A7B6" w14:textId="77777777" w:rsidR="00B720E2" w:rsidRPr="00B720E2" w:rsidRDefault="00B720E2" w:rsidP="00B720E2">
            <w:pPr>
              <w:adjustRightInd w:val="0"/>
              <w:snapToGrid w:val="0"/>
              <w:spacing w:after="0" w:line="240" w:lineRule="auto"/>
              <w:jc w:val="both"/>
              <w:rPr>
                <w:szCs w:val="24"/>
              </w:rPr>
            </w:pPr>
            <w:proofErr w:type="spellStart"/>
            <w:r w:rsidRPr="00B720E2">
              <w:rPr>
                <w:szCs w:val="24"/>
              </w:rPr>
              <w:t>B溝通互動</w:t>
            </w:r>
            <w:proofErr w:type="spellEnd"/>
          </w:p>
        </w:tc>
        <w:tc>
          <w:tcPr>
            <w:tcW w:w="78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3E256" w14:textId="77777777" w:rsidR="00B720E2" w:rsidRPr="00B720E2" w:rsidRDefault="00B720E2" w:rsidP="00B720E2">
            <w:pPr>
              <w:adjustRightInd w:val="0"/>
              <w:snapToGrid w:val="0"/>
              <w:spacing w:after="0" w:line="240" w:lineRule="auto"/>
              <w:jc w:val="both"/>
              <w:rPr>
                <w:szCs w:val="24"/>
                <w:lang w:eastAsia="zh-TW"/>
              </w:rPr>
            </w:pPr>
            <w:r w:rsidRPr="00B720E2">
              <w:rPr>
                <w:szCs w:val="24"/>
                <w:lang w:eastAsia="zh-TW"/>
              </w:rPr>
              <w:t>□B1.符號運用與溝通表達</w:t>
            </w:r>
            <w:r w:rsidRPr="00B720E2">
              <w:rPr>
                <w:b/>
                <w:szCs w:val="24"/>
                <w:lang w:eastAsia="zh-TW"/>
              </w:rPr>
              <w:t xml:space="preserve"> </w:t>
            </w:r>
            <w:r w:rsidRPr="00B720E2">
              <w:rPr>
                <w:szCs w:val="24"/>
                <w:lang w:eastAsia="zh-TW"/>
              </w:rPr>
              <w:t>□B2.科技資訊與媒體素養</w:t>
            </w:r>
            <w:r w:rsidRPr="00B720E2">
              <w:rPr>
                <w:b/>
                <w:szCs w:val="24"/>
                <w:lang w:eastAsia="zh-TW"/>
              </w:rPr>
              <w:t xml:space="preserve"> </w:t>
            </w:r>
            <w:r w:rsidRPr="00B720E2">
              <w:rPr>
                <w:szCs w:val="24"/>
                <w:lang w:eastAsia="zh-TW"/>
              </w:rPr>
              <w:t>□B3.藝術涵養與美感素養</w:t>
            </w:r>
          </w:p>
        </w:tc>
      </w:tr>
      <w:tr w:rsidR="00B720E2" w14:paraId="77F250A1" w14:textId="77777777" w:rsidTr="009E31BC">
        <w:trPr>
          <w:trHeight w:val="191"/>
          <w:jc w:val="center"/>
        </w:trPr>
        <w:tc>
          <w:tcPr>
            <w:tcW w:w="1355" w:type="dxa"/>
            <w:vMerge/>
            <w:tcBorders>
              <w:top w:val="doub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1D621" w14:textId="77777777" w:rsidR="00B720E2" w:rsidRDefault="00B720E2" w:rsidP="00B720E2">
            <w:pPr>
              <w:spacing w:after="0"/>
              <w:contextualSpacing/>
              <w:jc w:val="both"/>
              <w:rPr>
                <w:b/>
                <w:szCs w:val="24"/>
                <w:lang w:eastAsia="zh-TW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059A7" w14:textId="77777777" w:rsidR="00B720E2" w:rsidRPr="00B720E2" w:rsidRDefault="00B720E2" w:rsidP="00B720E2">
            <w:pPr>
              <w:adjustRightInd w:val="0"/>
              <w:snapToGrid w:val="0"/>
              <w:spacing w:after="0" w:line="240" w:lineRule="auto"/>
              <w:jc w:val="both"/>
              <w:rPr>
                <w:szCs w:val="24"/>
              </w:rPr>
            </w:pPr>
            <w:proofErr w:type="spellStart"/>
            <w:r w:rsidRPr="00B720E2">
              <w:rPr>
                <w:szCs w:val="24"/>
              </w:rPr>
              <w:t>C社會參與</w:t>
            </w:r>
            <w:proofErr w:type="spellEnd"/>
          </w:p>
        </w:tc>
        <w:tc>
          <w:tcPr>
            <w:tcW w:w="78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C0ED8" w14:textId="77777777" w:rsidR="00B720E2" w:rsidRPr="00B720E2" w:rsidRDefault="00B720E2" w:rsidP="00B720E2">
            <w:pPr>
              <w:adjustRightInd w:val="0"/>
              <w:snapToGrid w:val="0"/>
              <w:spacing w:after="0" w:line="240" w:lineRule="auto"/>
              <w:jc w:val="both"/>
              <w:rPr>
                <w:szCs w:val="24"/>
                <w:lang w:eastAsia="zh-TW"/>
              </w:rPr>
            </w:pPr>
            <w:r w:rsidRPr="00B720E2">
              <w:rPr>
                <w:szCs w:val="24"/>
                <w:lang w:eastAsia="zh-TW"/>
              </w:rPr>
              <w:t>□C1.道德實踐與公民意識</w:t>
            </w:r>
            <w:r w:rsidRPr="00B720E2">
              <w:rPr>
                <w:b/>
                <w:szCs w:val="24"/>
                <w:lang w:eastAsia="zh-TW"/>
              </w:rPr>
              <w:t xml:space="preserve"> </w:t>
            </w:r>
            <w:r w:rsidRPr="00B720E2">
              <w:rPr>
                <w:szCs w:val="24"/>
                <w:lang w:eastAsia="zh-TW"/>
              </w:rPr>
              <w:t>□C2.人際關係與團隊合作</w:t>
            </w:r>
            <w:r w:rsidRPr="00B720E2">
              <w:rPr>
                <w:b/>
                <w:szCs w:val="24"/>
                <w:lang w:eastAsia="zh-TW"/>
              </w:rPr>
              <w:t xml:space="preserve"> </w:t>
            </w:r>
            <w:r w:rsidRPr="00B720E2">
              <w:rPr>
                <w:szCs w:val="24"/>
                <w:lang w:eastAsia="zh-TW"/>
              </w:rPr>
              <w:t>□C3.多元文化與國際理解</w:t>
            </w:r>
          </w:p>
        </w:tc>
      </w:tr>
      <w:tr w:rsidR="00B720E2" w14:paraId="2074114D" w14:textId="77777777" w:rsidTr="009E31BC">
        <w:trPr>
          <w:jc w:val="center"/>
        </w:trPr>
        <w:tc>
          <w:tcPr>
            <w:tcW w:w="1355" w:type="dxa"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C1A5D" w14:textId="77777777" w:rsidR="00B720E2" w:rsidRDefault="00B720E2" w:rsidP="00B720E2">
            <w:pPr>
              <w:spacing w:after="0"/>
              <w:contextualSpacing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學習目標</w:t>
            </w:r>
            <w:proofErr w:type="spellEnd"/>
          </w:p>
        </w:tc>
        <w:tc>
          <w:tcPr>
            <w:tcW w:w="9319" w:type="dxa"/>
            <w:gridSpan w:val="10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2E96" w14:textId="77777777" w:rsidR="00B720E2" w:rsidRDefault="00B720E2" w:rsidP="009E31BC">
            <w:pPr>
              <w:spacing w:after="0"/>
              <w:contextualSpacing/>
              <w:jc w:val="both"/>
              <w:rPr>
                <w:szCs w:val="24"/>
              </w:rPr>
            </w:pPr>
          </w:p>
        </w:tc>
      </w:tr>
      <w:tr w:rsidR="00B720E2" w14:paraId="24C72E69" w14:textId="77777777" w:rsidTr="009E31BC">
        <w:trPr>
          <w:jc w:val="center"/>
        </w:trPr>
        <w:tc>
          <w:tcPr>
            <w:tcW w:w="1355" w:type="dxa"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88487" w14:textId="77777777" w:rsidR="00B720E2" w:rsidRDefault="00B720E2" w:rsidP="00B720E2">
            <w:pPr>
              <w:spacing w:after="0"/>
              <w:contextualSpacing/>
              <w:jc w:val="both"/>
              <w:rPr>
                <w:lang w:eastAsia="zh-TW"/>
              </w:rPr>
            </w:pPr>
            <w:proofErr w:type="spellStart"/>
            <w:r>
              <w:rPr>
                <w:b/>
              </w:rPr>
              <w:t>教材來源</w:t>
            </w:r>
            <w:proofErr w:type="spellEnd"/>
            <w:r w:rsidR="009E31BC">
              <w:rPr>
                <w:rFonts w:hint="eastAsia"/>
                <w:b/>
                <w:lang w:eastAsia="zh-TW"/>
              </w:rPr>
              <w:t>/參考資料</w:t>
            </w:r>
          </w:p>
        </w:tc>
        <w:tc>
          <w:tcPr>
            <w:tcW w:w="9319" w:type="dxa"/>
            <w:gridSpan w:val="10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0E271" w14:textId="77777777" w:rsidR="009E31BC" w:rsidRDefault="00B720E2" w:rsidP="00B720E2">
            <w:pPr>
              <w:spacing w:after="0"/>
              <w:contextualSpacing/>
              <w:jc w:val="both"/>
              <w:rPr>
                <w:u w:val="single"/>
                <w:lang w:eastAsia="zh-TW"/>
              </w:rPr>
            </w:pPr>
            <w:r>
              <w:rPr>
                <w:lang w:eastAsia="zh-TW"/>
              </w:rPr>
              <w:t>□自編教材和講義　□參考教材：</w:t>
            </w:r>
            <w:r>
              <w:rPr>
                <w:u w:val="single"/>
                <w:lang w:eastAsia="zh-TW"/>
              </w:rPr>
              <w:t xml:space="preserve">    </w:t>
            </w:r>
          </w:p>
          <w:p w14:paraId="534BFA1E" w14:textId="77777777" w:rsidR="00B720E2" w:rsidRDefault="009E31BC" w:rsidP="00B720E2">
            <w:pPr>
              <w:spacing w:after="0"/>
              <w:contextualSpacing/>
              <w:jc w:val="both"/>
              <w:rPr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rFonts w:hint="eastAsia"/>
                <w:lang w:eastAsia="zh-TW"/>
              </w:rPr>
              <w:t>參考資料：</w:t>
            </w:r>
            <w:r w:rsidR="00B720E2">
              <w:rPr>
                <w:u w:val="single"/>
                <w:lang w:eastAsia="zh-TW"/>
              </w:rPr>
              <w:t xml:space="preserve">            </w:t>
            </w:r>
          </w:p>
        </w:tc>
      </w:tr>
      <w:tr w:rsidR="00B720E2" w14:paraId="5ED7133A" w14:textId="77777777" w:rsidTr="009E31BC">
        <w:trPr>
          <w:jc w:val="center"/>
        </w:trPr>
        <w:tc>
          <w:tcPr>
            <w:tcW w:w="1355" w:type="dxa"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C4000" w14:textId="77777777" w:rsidR="00B720E2" w:rsidRDefault="00B720E2" w:rsidP="00B720E2">
            <w:pPr>
              <w:spacing w:after="0"/>
              <w:contextualSpacing/>
              <w:jc w:val="both"/>
              <w:rPr>
                <w:b/>
                <w:lang w:eastAsia="zh-TW"/>
              </w:rPr>
            </w:pPr>
            <w:proofErr w:type="spellStart"/>
            <w:r>
              <w:rPr>
                <w:b/>
              </w:rPr>
              <w:t>教學設備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資源</w:t>
            </w:r>
            <w:proofErr w:type="spellEnd"/>
          </w:p>
        </w:tc>
        <w:tc>
          <w:tcPr>
            <w:tcW w:w="9319" w:type="dxa"/>
            <w:gridSpan w:val="10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FE8E9" w14:textId="77777777" w:rsidR="00B720E2" w:rsidRDefault="00B720E2" w:rsidP="009E31BC">
            <w:pPr>
              <w:spacing w:after="0"/>
              <w:contextualSpacing/>
              <w:jc w:val="both"/>
            </w:pPr>
          </w:p>
        </w:tc>
      </w:tr>
      <w:tr w:rsidR="00B720E2" w14:paraId="636FF629" w14:textId="77777777" w:rsidTr="009E31BC">
        <w:trPr>
          <w:jc w:val="center"/>
        </w:trPr>
        <w:tc>
          <w:tcPr>
            <w:tcW w:w="1355" w:type="dxa"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97727" w14:textId="77777777" w:rsidR="00B720E2" w:rsidRDefault="00B720E2" w:rsidP="00B720E2">
            <w:pPr>
              <w:spacing w:after="0"/>
              <w:contextualSpacing/>
              <w:jc w:val="both"/>
              <w:rPr>
                <w:b/>
              </w:rPr>
            </w:pPr>
            <w:proofErr w:type="spellStart"/>
            <w:r>
              <w:rPr>
                <w:b/>
              </w:rPr>
              <w:t>議題融入</w:t>
            </w:r>
            <w:proofErr w:type="spellEnd"/>
          </w:p>
        </w:tc>
        <w:tc>
          <w:tcPr>
            <w:tcW w:w="9319" w:type="dxa"/>
            <w:gridSpan w:val="10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0044" w14:textId="77777777" w:rsidR="00B720E2" w:rsidRPr="00B720E2" w:rsidRDefault="00B720E2" w:rsidP="009E31BC">
            <w:pPr>
              <w:spacing w:after="0"/>
              <w:contextualSpacing/>
              <w:jc w:val="both"/>
              <w:rPr>
                <w:color w:val="000000" w:themeColor="text1"/>
                <w:szCs w:val="24"/>
              </w:rPr>
            </w:pPr>
            <w:r w:rsidRPr="00B720E2">
              <w:rPr>
                <w:color w:val="FF0000"/>
                <w:sz w:val="20"/>
                <w:szCs w:val="24"/>
                <w:shd w:val="clear" w:color="auto" w:fill="FFFF00"/>
                <w:lang w:eastAsia="zh-TW"/>
              </w:rPr>
              <w:t>（如SDGs、多元文化、性平等</w:t>
            </w:r>
            <w:proofErr w:type="gramStart"/>
            <w:r w:rsidRPr="00B720E2">
              <w:rPr>
                <w:color w:val="FF0000"/>
                <w:sz w:val="20"/>
                <w:szCs w:val="24"/>
                <w:shd w:val="clear" w:color="auto" w:fill="FFFF00"/>
                <w:lang w:eastAsia="zh-TW"/>
              </w:rPr>
              <w:t>等</w:t>
            </w:r>
            <w:proofErr w:type="gramEnd"/>
            <w:r w:rsidRPr="00B720E2">
              <w:rPr>
                <w:color w:val="FF0000"/>
                <w:sz w:val="20"/>
                <w:szCs w:val="24"/>
                <w:shd w:val="clear" w:color="auto" w:fill="FFFF00"/>
                <w:lang w:eastAsia="zh-TW"/>
              </w:rPr>
              <w:t>）</w:t>
            </w:r>
            <w:r>
              <w:rPr>
                <w:rFonts w:hint="eastAsia"/>
                <w:lang w:eastAsia="zh-TW"/>
              </w:rPr>
              <w:t xml:space="preserve">   </w:t>
            </w:r>
          </w:p>
        </w:tc>
      </w:tr>
      <w:tr w:rsidR="009E31BC" w14:paraId="3CA6B524" w14:textId="77777777" w:rsidTr="009E31BC">
        <w:trPr>
          <w:trHeight w:val="219"/>
          <w:jc w:val="center"/>
        </w:trPr>
        <w:tc>
          <w:tcPr>
            <w:tcW w:w="1355" w:type="dxa"/>
            <w:vMerge w:val="restart"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36B58" w14:textId="77777777" w:rsidR="00B720E2" w:rsidRDefault="00B720E2" w:rsidP="00B720E2">
            <w:pPr>
              <w:spacing w:after="0"/>
              <w:contextualSpacing/>
              <w:jc w:val="both"/>
              <w:rPr>
                <w:b/>
                <w:szCs w:val="20"/>
              </w:rPr>
            </w:pPr>
            <w:proofErr w:type="spellStart"/>
            <w:r>
              <w:rPr>
                <w:b/>
                <w:szCs w:val="20"/>
              </w:rPr>
              <w:t>教學活動設計</w:t>
            </w:r>
            <w:proofErr w:type="spellEnd"/>
          </w:p>
        </w:tc>
        <w:tc>
          <w:tcPr>
            <w:tcW w:w="4678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9F0C1" w14:textId="77777777" w:rsidR="00B720E2" w:rsidRPr="009E31BC" w:rsidRDefault="00B720E2" w:rsidP="009E31BC">
            <w:pPr>
              <w:spacing w:after="0"/>
              <w:contextualSpacing/>
              <w:jc w:val="center"/>
              <w:rPr>
                <w:b/>
                <w:sz w:val="26"/>
                <w:szCs w:val="26"/>
                <w:lang w:eastAsia="zh-TW"/>
              </w:rPr>
            </w:pPr>
            <w:r w:rsidRPr="009E31BC">
              <w:rPr>
                <w:b/>
                <w:sz w:val="26"/>
                <w:szCs w:val="26"/>
                <w:lang w:eastAsia="zh-TW"/>
              </w:rPr>
              <w:t>教學活動內容及實施方法</w:t>
            </w:r>
            <w:r w:rsidRPr="009E31BC">
              <w:rPr>
                <w:rFonts w:hint="eastAsia"/>
                <w:b/>
                <w:sz w:val="26"/>
                <w:szCs w:val="26"/>
                <w:lang w:eastAsia="zh-TW"/>
              </w:rPr>
              <w:t>(含預估時間)</w:t>
            </w:r>
          </w:p>
        </w:tc>
        <w:tc>
          <w:tcPr>
            <w:tcW w:w="232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5D12B" w14:textId="77777777" w:rsidR="00B720E2" w:rsidRPr="009E31BC" w:rsidRDefault="009E31BC" w:rsidP="009E31BC">
            <w:pPr>
              <w:spacing w:after="0"/>
              <w:contextualSpacing/>
              <w:jc w:val="center"/>
              <w:rPr>
                <w:b/>
                <w:sz w:val="26"/>
                <w:szCs w:val="26"/>
              </w:rPr>
            </w:pPr>
            <w:proofErr w:type="gramStart"/>
            <w:r w:rsidRPr="009E31BC">
              <w:rPr>
                <w:rFonts w:hint="eastAsia"/>
                <w:b/>
                <w:sz w:val="26"/>
                <w:szCs w:val="26"/>
                <w:lang w:eastAsia="zh-TW"/>
              </w:rPr>
              <w:t>觀課紀錄</w:t>
            </w:r>
            <w:proofErr w:type="gramEnd"/>
            <w:r w:rsidR="004A6CA3">
              <w:rPr>
                <w:rFonts w:hint="eastAsia"/>
                <w:b/>
                <w:sz w:val="26"/>
                <w:szCs w:val="26"/>
                <w:lang w:eastAsia="zh-TW"/>
              </w:rPr>
              <w:t>統整</w:t>
            </w:r>
          </w:p>
        </w:tc>
        <w:tc>
          <w:tcPr>
            <w:tcW w:w="232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602CF" w14:textId="77777777" w:rsidR="00B720E2" w:rsidRPr="009E31BC" w:rsidRDefault="009E31BC" w:rsidP="009E31BC">
            <w:pPr>
              <w:spacing w:after="0"/>
              <w:contextualSpacing/>
              <w:jc w:val="center"/>
              <w:rPr>
                <w:b/>
                <w:sz w:val="26"/>
                <w:szCs w:val="26"/>
              </w:rPr>
            </w:pPr>
            <w:proofErr w:type="gramStart"/>
            <w:r w:rsidRPr="009E31BC">
              <w:rPr>
                <w:rFonts w:hint="eastAsia"/>
                <w:b/>
                <w:sz w:val="26"/>
                <w:szCs w:val="26"/>
                <w:lang w:eastAsia="zh-TW"/>
              </w:rPr>
              <w:t>議課回饋</w:t>
            </w:r>
            <w:proofErr w:type="gramEnd"/>
            <w:r w:rsidR="004A6CA3">
              <w:rPr>
                <w:rFonts w:hint="eastAsia"/>
                <w:b/>
                <w:sz w:val="26"/>
                <w:szCs w:val="26"/>
                <w:lang w:eastAsia="zh-TW"/>
              </w:rPr>
              <w:t>紀錄</w:t>
            </w:r>
          </w:p>
        </w:tc>
      </w:tr>
      <w:tr w:rsidR="00B720E2" w14:paraId="55101367" w14:textId="77777777" w:rsidTr="009E31BC">
        <w:trPr>
          <w:trHeight w:val="2310"/>
          <w:jc w:val="center"/>
        </w:trPr>
        <w:tc>
          <w:tcPr>
            <w:tcW w:w="1355" w:type="dxa"/>
            <w:vMerge/>
            <w:tcBorders>
              <w:top w:val="double" w:sz="4" w:space="0" w:color="000000"/>
              <w:left w:val="double" w:sz="4" w:space="0" w:color="auto"/>
              <w:bottom w:val="doub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FECE2" w14:textId="77777777" w:rsidR="00B720E2" w:rsidRDefault="00B720E2" w:rsidP="00B720E2">
            <w:pPr>
              <w:spacing w:after="0"/>
              <w:contextualSpacing/>
              <w:jc w:val="both"/>
              <w:rPr>
                <w:b/>
                <w:szCs w:val="20"/>
              </w:rPr>
            </w:pP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F8CE4" w14:textId="77777777" w:rsidR="00B720E2" w:rsidRPr="009E31BC" w:rsidRDefault="009E31BC" w:rsidP="009E31BC">
            <w:pPr>
              <w:tabs>
                <w:tab w:val="left" w:pos="181"/>
                <w:tab w:val="left" w:pos="512"/>
                <w:tab w:val="left" w:pos="540"/>
                <w:tab w:val="left" w:pos="692"/>
                <w:tab w:val="left" w:pos="720"/>
              </w:tabs>
              <w:spacing w:after="0" w:line="400" w:lineRule="exact"/>
              <w:contextualSpacing/>
              <w:jc w:val="both"/>
              <w:rPr>
                <w:sz w:val="20"/>
                <w:szCs w:val="20"/>
                <w:lang w:eastAsia="zh-TW"/>
              </w:rPr>
            </w:pPr>
            <w:r w:rsidRPr="009E31BC">
              <w:rPr>
                <w:color w:val="FF0000"/>
                <w:sz w:val="20"/>
                <w:szCs w:val="24"/>
                <w:shd w:val="clear" w:color="auto" w:fill="FFFF00"/>
                <w:lang w:eastAsia="zh-TW"/>
              </w:rPr>
              <w:t>（請簡述教學流程與方法，或以條列方式書寫）</w:t>
            </w:r>
          </w:p>
          <w:p w14:paraId="49BCEB28" w14:textId="77777777" w:rsidR="009E31BC" w:rsidRDefault="009E31BC" w:rsidP="009E31BC">
            <w:pPr>
              <w:tabs>
                <w:tab w:val="left" w:pos="181"/>
                <w:tab w:val="left" w:pos="512"/>
                <w:tab w:val="left" w:pos="540"/>
                <w:tab w:val="left" w:pos="692"/>
                <w:tab w:val="left" w:pos="720"/>
              </w:tabs>
              <w:spacing w:after="0" w:line="400" w:lineRule="exact"/>
              <w:contextualSpacing/>
              <w:jc w:val="both"/>
              <w:rPr>
                <w:szCs w:val="20"/>
                <w:lang w:eastAsia="zh-TW"/>
              </w:rPr>
            </w:pPr>
          </w:p>
        </w:tc>
        <w:tc>
          <w:tcPr>
            <w:tcW w:w="2320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63FAF" w14:textId="77777777" w:rsidR="00B720E2" w:rsidRDefault="00B720E2" w:rsidP="009E31BC">
            <w:pPr>
              <w:tabs>
                <w:tab w:val="left" w:pos="181"/>
                <w:tab w:val="left" w:pos="512"/>
                <w:tab w:val="left" w:pos="540"/>
                <w:tab w:val="left" w:pos="692"/>
                <w:tab w:val="left" w:pos="720"/>
              </w:tabs>
              <w:spacing w:after="0" w:line="400" w:lineRule="exact"/>
              <w:contextualSpacing/>
              <w:jc w:val="both"/>
              <w:rPr>
                <w:szCs w:val="20"/>
                <w:lang w:eastAsia="zh-TW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61AD3" w14:textId="77777777" w:rsidR="00B720E2" w:rsidRDefault="00B720E2" w:rsidP="009E31BC">
            <w:pPr>
              <w:spacing w:after="0"/>
              <w:contextualSpacing/>
              <w:jc w:val="both"/>
              <w:rPr>
                <w:b/>
                <w:szCs w:val="24"/>
                <w:lang w:eastAsia="zh-TW"/>
              </w:rPr>
            </w:pPr>
          </w:p>
        </w:tc>
      </w:tr>
      <w:tr w:rsidR="009E31BC" w14:paraId="7EC31950" w14:textId="77777777" w:rsidTr="00BA557C">
        <w:trPr>
          <w:trHeight w:val="2310"/>
          <w:jc w:val="center"/>
        </w:trPr>
        <w:tc>
          <w:tcPr>
            <w:tcW w:w="1355" w:type="dxa"/>
            <w:vMerge w:val="restart"/>
            <w:tcBorders>
              <w:top w:val="double" w:sz="4" w:space="0" w:color="000000"/>
              <w:left w:val="double" w:sz="4" w:space="0" w:color="auto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52EE8" w14:textId="77777777" w:rsidR="009E31BC" w:rsidRDefault="009E31BC" w:rsidP="00B720E2">
            <w:pPr>
              <w:spacing w:after="0"/>
              <w:contextualSpacing/>
              <w:jc w:val="both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  <w:lang w:eastAsia="zh-TW"/>
              </w:rPr>
              <w:t>活動紀錄</w:t>
            </w:r>
          </w:p>
        </w:tc>
        <w:tc>
          <w:tcPr>
            <w:tcW w:w="4678" w:type="dxa"/>
            <w:gridSpan w:val="5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567F9" w14:textId="77777777" w:rsidR="009E31BC" w:rsidRPr="009E31BC" w:rsidRDefault="009E31BC" w:rsidP="009E31BC">
            <w:pPr>
              <w:tabs>
                <w:tab w:val="left" w:pos="181"/>
                <w:tab w:val="left" w:pos="512"/>
                <w:tab w:val="left" w:pos="540"/>
                <w:tab w:val="left" w:pos="692"/>
                <w:tab w:val="left" w:pos="720"/>
              </w:tabs>
              <w:spacing w:after="0" w:line="400" w:lineRule="exact"/>
              <w:contextualSpacing/>
              <w:jc w:val="both"/>
              <w:rPr>
                <w:color w:val="FF0000"/>
                <w:sz w:val="20"/>
                <w:szCs w:val="24"/>
                <w:shd w:val="clear" w:color="auto" w:fill="FFFF00"/>
                <w:lang w:eastAsia="zh-TW"/>
              </w:rPr>
            </w:pPr>
          </w:p>
        </w:tc>
        <w:tc>
          <w:tcPr>
            <w:tcW w:w="4641" w:type="dxa"/>
            <w:gridSpan w:val="5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2B8AA" w14:textId="77777777" w:rsidR="009E31BC" w:rsidRDefault="009E31BC" w:rsidP="009E31BC">
            <w:pPr>
              <w:spacing w:after="0"/>
              <w:contextualSpacing/>
              <w:jc w:val="both"/>
              <w:rPr>
                <w:b/>
                <w:szCs w:val="24"/>
                <w:lang w:eastAsia="zh-TW"/>
              </w:rPr>
            </w:pPr>
          </w:p>
        </w:tc>
      </w:tr>
      <w:tr w:rsidR="009E31BC" w14:paraId="4715035B" w14:textId="77777777" w:rsidTr="00BA557C">
        <w:trPr>
          <w:trHeight w:val="2310"/>
          <w:jc w:val="center"/>
        </w:trPr>
        <w:tc>
          <w:tcPr>
            <w:tcW w:w="135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EFDD0" w14:textId="77777777" w:rsidR="009E31BC" w:rsidRDefault="009E31BC" w:rsidP="00B720E2">
            <w:pPr>
              <w:spacing w:after="0"/>
              <w:contextualSpacing/>
              <w:jc w:val="both"/>
              <w:rPr>
                <w:b/>
                <w:szCs w:val="20"/>
                <w:lang w:eastAsia="zh-TW"/>
              </w:rPr>
            </w:pPr>
          </w:p>
        </w:tc>
        <w:tc>
          <w:tcPr>
            <w:tcW w:w="4678" w:type="dxa"/>
            <w:gridSpan w:val="5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BCFD4" w14:textId="77777777" w:rsidR="009E31BC" w:rsidRPr="009E31BC" w:rsidRDefault="009E31BC" w:rsidP="009E31BC">
            <w:pPr>
              <w:tabs>
                <w:tab w:val="left" w:pos="181"/>
                <w:tab w:val="left" w:pos="512"/>
                <w:tab w:val="left" w:pos="540"/>
                <w:tab w:val="left" w:pos="692"/>
                <w:tab w:val="left" w:pos="720"/>
              </w:tabs>
              <w:spacing w:after="0" w:line="400" w:lineRule="exact"/>
              <w:contextualSpacing/>
              <w:jc w:val="both"/>
              <w:rPr>
                <w:color w:val="FF0000"/>
                <w:sz w:val="20"/>
                <w:szCs w:val="24"/>
                <w:shd w:val="clear" w:color="auto" w:fill="FFFF00"/>
                <w:lang w:eastAsia="zh-TW"/>
              </w:rPr>
            </w:pPr>
          </w:p>
        </w:tc>
        <w:tc>
          <w:tcPr>
            <w:tcW w:w="4641" w:type="dxa"/>
            <w:gridSpan w:val="5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0EBDB" w14:textId="77777777" w:rsidR="009E31BC" w:rsidRDefault="009E31BC" w:rsidP="009E31BC">
            <w:pPr>
              <w:spacing w:after="0"/>
              <w:contextualSpacing/>
              <w:jc w:val="both"/>
              <w:rPr>
                <w:b/>
                <w:szCs w:val="24"/>
                <w:lang w:eastAsia="zh-TW"/>
              </w:rPr>
            </w:pPr>
          </w:p>
        </w:tc>
      </w:tr>
    </w:tbl>
    <w:p w14:paraId="0C2E88E3" w14:textId="325C90C1" w:rsidR="008F202E" w:rsidRDefault="004A6CA3">
      <w:pPr>
        <w:rPr>
          <w:lang w:eastAsia="zh-TW"/>
        </w:rPr>
      </w:pPr>
      <w:r>
        <w:rPr>
          <w:lang w:eastAsia="zh-TW"/>
        </w:rPr>
        <w:t>結束後</w:t>
      </w:r>
      <w:r>
        <w:rPr>
          <w:rFonts w:hint="eastAsia"/>
          <w:lang w:eastAsia="zh-TW"/>
        </w:rPr>
        <w:t>，附上簽到表，並請</w:t>
      </w:r>
      <w:proofErr w:type="gramStart"/>
      <w:r>
        <w:rPr>
          <w:lang w:eastAsia="zh-TW"/>
        </w:rPr>
        <w:t>將</w:t>
      </w:r>
      <w:r w:rsidR="009E31BC">
        <w:rPr>
          <w:rFonts w:hint="eastAsia"/>
          <w:lang w:eastAsia="zh-TW"/>
        </w:rPr>
        <w:t>此</w:t>
      </w:r>
      <w:r w:rsidR="009E31BC">
        <w:rPr>
          <w:lang w:eastAsia="zh-TW"/>
        </w:rPr>
        <w:t>表</w:t>
      </w:r>
      <w:r w:rsidR="009E31BC">
        <w:rPr>
          <w:rFonts w:hint="eastAsia"/>
          <w:lang w:eastAsia="zh-TW"/>
        </w:rPr>
        <w:t>件</w:t>
      </w:r>
      <w:proofErr w:type="gramEnd"/>
      <w:r>
        <w:rPr>
          <w:lang w:eastAsia="zh-TW"/>
        </w:rPr>
        <w:t>上傳公開授課雲端資料夾</w:t>
      </w:r>
    </w:p>
    <w:p w14:paraId="21B3B673" w14:textId="77777777" w:rsidR="00EE7652" w:rsidRDefault="00EE7652">
      <w:pPr>
        <w:rPr>
          <w:lang w:eastAsia="zh-TW"/>
        </w:rPr>
        <w:sectPr w:rsidR="00EE7652" w:rsidSect="00B720E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42A1940" w14:textId="2E002D21" w:rsidR="00EE7652" w:rsidRDefault="00EE7652">
      <w:pPr>
        <w:rPr>
          <w:lang w:eastAsia="zh-TW"/>
        </w:rPr>
      </w:pPr>
      <w:r>
        <w:rPr>
          <w:rFonts w:hint="eastAsia"/>
          <w:lang w:eastAsia="zh-TW"/>
        </w:rPr>
        <w:lastRenderedPageBreak/>
        <w:t>附件：簽到表照片</w:t>
      </w:r>
    </w:p>
    <w:p w14:paraId="57D015B1" w14:textId="77777777" w:rsidR="00EE7652" w:rsidRDefault="00EE7652">
      <w:pPr>
        <w:rPr>
          <w:rFonts w:hint="eastAsia"/>
          <w:lang w:eastAsia="zh-TW"/>
        </w:rPr>
      </w:pPr>
    </w:p>
    <w:sectPr w:rsidR="00EE7652" w:rsidSect="00B720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861CB" w14:textId="77777777" w:rsidR="008050D6" w:rsidRDefault="008050D6" w:rsidP="00EE7652">
      <w:pPr>
        <w:spacing w:after="0" w:line="240" w:lineRule="auto"/>
      </w:pPr>
      <w:r>
        <w:separator/>
      </w:r>
    </w:p>
  </w:endnote>
  <w:endnote w:type="continuationSeparator" w:id="0">
    <w:p w14:paraId="22C578B7" w14:textId="77777777" w:rsidR="008050D6" w:rsidRDefault="008050D6" w:rsidP="00EE7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22C54" w14:textId="77777777" w:rsidR="008050D6" w:rsidRDefault="008050D6" w:rsidP="00EE7652">
      <w:pPr>
        <w:spacing w:after="0" w:line="240" w:lineRule="auto"/>
      </w:pPr>
      <w:r>
        <w:separator/>
      </w:r>
    </w:p>
  </w:footnote>
  <w:footnote w:type="continuationSeparator" w:id="0">
    <w:p w14:paraId="414AD83C" w14:textId="77777777" w:rsidR="008050D6" w:rsidRDefault="008050D6" w:rsidP="00EE7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A35C94"/>
    <w:multiLevelType w:val="hybridMultilevel"/>
    <w:tmpl w:val="00A058A2"/>
    <w:lvl w:ilvl="0" w:tplc="8F6CBB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6BB71CB"/>
    <w:multiLevelType w:val="hybridMultilevel"/>
    <w:tmpl w:val="06541662"/>
    <w:lvl w:ilvl="0" w:tplc="82F676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B4B60D9"/>
    <w:multiLevelType w:val="hybridMultilevel"/>
    <w:tmpl w:val="317CC032"/>
    <w:lvl w:ilvl="0" w:tplc="7102C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6CA3"/>
    <w:rsid w:val="008050D6"/>
    <w:rsid w:val="008F202E"/>
    <w:rsid w:val="009E31BC"/>
    <w:rsid w:val="00AA1D8D"/>
    <w:rsid w:val="00B47730"/>
    <w:rsid w:val="00B720E2"/>
    <w:rsid w:val="00CB0664"/>
    <w:rsid w:val="00EE76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F197A3"/>
  <w14:defaultImageDpi w14:val="300"/>
  <w15:docId w15:val="{54C690EE-4BBF-4BFB-8AFF-7FA04958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標楷體" w:eastAsia="標楷體" w:hAnsi="標楷體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3E2707-768D-43D1-A374-8882E56C7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2025-08-05T19:04:00Z</dcterms:modified>
  <cp:category/>
</cp:coreProperties>
</file>